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 xml:space="preserve">14:00-14:45 Kulttuuriketju - Muistoja tanssilavoilta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