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17:00-19:30 Lasten perjantaileffa</w:t>
      </w:r>
    </w:p>
    <w:p>
      <w:r>
        <w:t>Kirjaston nuortentila Kulmassa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