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 xml:space="preserve">13:00-16:00 Espoo-päivä: Luetaan ja askarrellaan yhdessä </w:t>
      </w:r>
    </w:p>
    <w:p>
      <w:r>
        <w:t xml:space="preserve">Luetaan ja askarrellaan yhdessä -tapahtuma Entressen kirjastossa perjantaina 28.8. kello 13-16.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