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18:00-19:00 Kirjailijavieraana Ari Saastamoinen</w:t>
      </w:r>
    </w:p>
    <w:p>
      <w:r>
        <w:t>Kirjailija Ari Saastamoinen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