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16:50-17:50 Arshin Mal Alan – lasten esittämä azerbaidžanilainen musiikkikomedia (engl.)</w:t>
      </w:r>
    </w:p>
    <w:p>
      <w:r>
        <w:t>Arshin Mal Alan" on yksi Azerbaidžanin tunnetuimmista musiikkikomedioista. Lasten esittämä lämminhenkinen ja iloinen näytelmä tarjoaa elämyksiä kaikenikäisille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