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8.8.2026 lauantai</w:t>
      </w:r>
    </w:p>
    <w:p>
      <w:pPr>
        <w:pStyle w:val="Heading1"/>
      </w:pPr>
      <w:r>
        <w:t>8.8.2026 lauantai</w:t>
      </w:r>
    </w:p>
    <w:p>
      <w:pPr>
        <w:pStyle w:val="Heading2"/>
      </w:pPr>
      <w:r>
        <w:t>13:00-14:30 Bake Together Workshop - kokataan yhdessä työpaja (engl.)</w:t>
      </w:r>
    </w:p>
    <w:p>
      <w:r>
        <w:t>Tule mukaan ilmaiseen englanninkiel. keksityöpajaan, jossa osallistujat oppivat valmistamaan, muotoilemaan, paistamaan ja koristelemaan yksinkertaisia keksejä.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