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18:00-18:40 Espoo-päivän musiikkiesitys: Inkerinmaan hiljaiset äänet</w:t>
      </w:r>
    </w:p>
    <w:p>
      <w:r>
        <w:t xml:space="preserve">Esiintyjä soittaa muun muassa säkkipilliä, juutalaisen harppua, huuliharppua, huiluja ja kannelta.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