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2.8.2026 sunnuntai</w:t>
      </w:r>
    </w:p>
    <w:p>
      <w:pPr>
        <w:pStyle w:val="Heading1"/>
      </w:pPr>
      <w:r>
        <w:t>2.8.2026-29.8.2026</w:t>
      </w:r>
    </w:p>
    <w:p>
      <w:pPr>
        <w:pStyle w:val="Heading2"/>
      </w:pPr>
      <w:r>
        <w:t>10:00-17:45 Tuomo Olkkosen valokuvanäyttely - Helsinki Folk Festival 66</w:t>
      </w:r>
    </w:p>
    <w:p>
      <w:r>
        <w:t>Valokuvanäyttely on kokoelma Tuomo Olkkosen 60 vuotta sitten Helsinki Folk Festival 66:sta ottamista kuvista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