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14:00-17:00 Liity mukaan ECC - Espoo Community Choir-kuoroon</w:t>
      </w:r>
    </w:p>
    <w:p>
      <w:r>
        <w:t>Tule mukaan ECC:n – Espoo Community Choir-kuoron harjoituksiin lauantaina 5.9. klo 14–17.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