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 xml:space="preserve">14:00-16:00 Kasviskapinaa! kirjailijavierailu </w:t>
      </w:r>
    </w:p>
    <w:p>
      <w:r>
        <w:t xml:space="preserve">Juttelua ja maistelua Kasviskapinaa kirjasta, vegaanisesti.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