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13:00-14:30 Esiäitimme sotien kantajina - Sodan ja rauhan maailmassa -kirjailijatapaaminen 1/2</w:t>
      </w:r>
    </w:p>
    <w:p>
      <w:r>
        <w:t xml:space="preserve">VTT, sosiologi ja tietokirjailija Sari Näre kertoo omien esiäitiensä kautta sotien vaikutuksesta naisten elämään.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