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>17:00-18:30 Saunalahden Sennut eli Saunalahden seniori-ilta</w:t>
      </w:r>
    </w:p>
    <w:p>
      <w:r>
        <w:t xml:space="preserve">Seniori-ilta on avoin kaikille alueen senioreille ja eläkeläisille. Tapaamme Saunalahden kirjastossa erilaisten aktiviteettien ja  yhdessäolon tiimoilta.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