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17:00-19:00 Espoon Pesis Junioreiden temppurata ja tarinatuokio</w:t>
      </w:r>
    </w:p>
    <w:p>
      <w:r>
        <w:t>Tervetuloa kokeilemaan lasten temppurataa ja kuuntelemaan tarinoita Salonkiin ti 8.9. klo 17-19.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