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7.10.2026 keskiviikko</w:t>
      </w:r>
    </w:p>
    <w:p>
      <w:pPr>
        <w:pStyle w:val="Heading1"/>
      </w:pPr>
      <w:r>
        <w:t>7.10.2026 keskiviikko</w:t>
      </w:r>
    </w:p>
    <w:p>
      <w:pPr>
        <w:pStyle w:val="Heading2"/>
      </w:pPr>
      <w:r>
        <w:t>17:30-18:30 Vasemmistoliiton keskustelutilaisuus - vieraana Anna Kontula</w:t>
      </w:r>
    </w:p>
    <w:p>
      <w:r>
        <w:t>Tervetuloa kuuntelemaan keskustelua monitoimitila Salonkiin ke 7.10. klo 17:30 alkaen. Vieraana Anna Kontula.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