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14:00-14:45 Hyvän olon liikuntatunti</w:t>
      </w:r>
    </w:p>
    <w:p>
      <w:r>
        <w:t>Hyvän olon liikuntatunti tiistaisin klo 14:00 - 14:45 Salongissa 8.9. alkaen. Ryhmä on erityisesti suunnattu erityisryhmille ja senioreille.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