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Oxfotintie 4, 02330, Espoo</w:t>
      </w:r>
    </w:p>
    <w:p>
      <w:r>
        <w:t>28.10.2026 keskiviikko</w:t>
      </w:r>
    </w:p>
    <w:p>
      <w:pPr>
        <w:pStyle w:val="Heading1"/>
      </w:pPr>
      <w:r>
        <w:t>28.10.2026 keskiviikko</w:t>
      </w:r>
    </w:p>
    <w:p>
      <w:pPr>
        <w:pStyle w:val="Heading2"/>
      </w:pPr>
      <w:r>
        <w:t>16:30-19:00 Nöykkiön kirjaston 40-vuotissynttärit</w:t>
      </w:r>
    </w:p>
    <w:p>
      <w:r>
        <w:t>Tule juhlistamaan Nöykkiön kirjaston synttäreitä ke 28.10. klo 16:30 - 19! Ohjelmassa tarjoiltavaa, sekä juhlapuhe, musiikkiesitys ja askartelupaja lapsille.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