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10:00-11:00 Perheiden kirjastoaamu</w:t>
      </w:r>
    </w:p>
    <w:p>
      <w:r>
        <w:t>Pelataan, puuhataan, askarrellaan tai luetaan tarinoita yhdessä.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