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Glimsintie 1, 02740,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13:00-14:30 Syysdösä Välkky Talomuseo Glimsillä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