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Siltakatu 11, 02770, Espoo</w:t>
      </w:r>
    </w:p>
    <w:p>
      <w:r>
        <w:t>5.11.2026 torstai</w:t>
      </w:r>
    </w:p>
    <w:p>
      <w:pPr>
        <w:pStyle w:val="Heading1"/>
      </w:pPr>
      <w:r>
        <w:t>5.11.2026 torstai</w:t>
      </w:r>
    </w:p>
    <w:p>
      <w:pPr>
        <w:pStyle w:val="Heading2"/>
      </w:pPr>
      <w:r>
        <w:t>17:00-18:30 Nuorten pingiskerho</w:t>
      </w:r>
    </w:p>
    <w:p>
      <w:r>
        <w:t>Nuorille suunnattu pingiskerho kokoontuu Kibessä</w:t>
        <w:br/>
        <w:t>torstaisin klo. 17-18.30.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