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15:00-16:30 Vohvelijuhlat kirjaston keittiössä!</w:t>
      </w:r>
    </w:p>
    <w:p>
      <w:r>
        <w:t>Vohvelijuhlat kirjaston keittiössä!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