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27.9.2026-17.10.2026</w:t>
      </w:r>
    </w:p>
    <w:p>
      <w:pPr>
        <w:pStyle w:val="Heading1"/>
      </w:pPr>
      <w:r>
        <w:t>27.9.2026-17.10.2026</w:t>
      </w:r>
    </w:p>
    <w:p>
      <w:pPr>
        <w:pStyle w:val="Heading2"/>
      </w:pPr>
      <w:r>
        <w:t>12:00-12:00 Nina saarisen valokuvanäyttely: "Herkkänä selvinneet"</w:t>
      </w:r>
    </w:p>
    <w:p>
      <w:r>
        <w:t>Olen helsinkiläinen itseoppinut valokuvaaja - kuvaan pääasiassa luontoa. Herkkänä selvinneet -sarjassa olen keskittynyt kuvaamaan hauraaksi miellettyjä asioita.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