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Lippulaivan kirjastossa ke 4.11. &amp; pe 6.11.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