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18:30-19:30 Teatteri Esko esittää: KAFFETTA JA KARAOKEA</w:t>
      </w:r>
    </w:p>
    <w:p>
      <w:r>
        <w:t>KAFFETTA JA KARAOKEA -teatteriesitys Lippulaivan kirjastossa ke 4.11. &amp; pe 6.11. klo 18:30.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