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12:00-15:00 Päiväleiri 12-28-vuotiaille tytöille ja nuorille naisille</w:t>
      </w:r>
    </w:p>
    <w:p>
      <w:r>
        <w:t>Päiväleiri järjestetään Lippulaivan kirjaston Salongissa 18.10.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