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12:00-15:00 Hello Espoo – tutustu Espooseen</w:t>
      </w:r>
    </w:p>
    <w:p>
      <w:r>
        <w:t>Maksuttomassa tapahtumassa tutustut Espoon palveluihin, harrastuksiin ja paikalliseen toimintaan sekä kohtaat muita espoolaisia.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