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18:30-19:30 Teatteri Esko esittää: KAFFETTA JA KARAOKEA</w:t>
      </w:r>
    </w:p>
    <w:p>
      <w:r>
        <w:t>KAFFETTA JA KARAOKEA -teatteriesitys Sellon kirjastossa ke 21.10. &amp; pe 23.10. klo 18:30.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