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Topeliuksenkatu 6, 00250, Helsinki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13:00-15:00 Töölön musiikkiopiston konsertti</w:t>
      </w:r>
    </w:p>
    <w:p>
      <w:r>
        <w:t>Tervetuloa konserttiin!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