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13:00-17:00 Avoin karaokeryhmä (HUOM muutoksia karaokeen 19.10.)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