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Ruotsinkielinen kielikahvila Oodissa</w:t>
      </w:r>
    </w:p>
    <w:p>
      <w:r>
        <w:t>Ruotsinkielinen kielikahvila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