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7.9.2023 torstai</w:t>
      </w:r>
    </w:p>
    <w:p>
      <w:pPr>
        <w:pStyle w:val="Heading1"/>
      </w:pPr>
      <w:r>
        <w:t>7.9.2023 torstai</w:t>
      </w:r>
    </w:p>
    <w:p>
      <w:pPr>
        <w:pStyle w:val="Heading2"/>
      </w:pPr>
      <w:r>
        <w:t>13:00-15:00 Lukukoirat Nekku ja Pätkis tavattavissa</w:t>
      </w:r>
    </w:p>
    <w:p>
      <w:r>
        <w:t>Nekku ja Pätkis, Entressen lukukoirat. Tykkäämme rapsuttelusta ja kuuntelemisesta. Jos opettelet juuri lukemaan tai lukeminen on vähän hankalaa, kannattaa tulla lukemaan minulle, sillä lukukoira ei koskaan hauku lukijaa. Kaikki ovat tervetulleita rapsuttamaan!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