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10:00-10:30 Pienten aamut Maunulan kirjastossa</w:t>
      </w:r>
    </w:p>
    <w:p>
      <w:r>
        <w:t>Pienten aamut on 2-3-vuotiaille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