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Ajurinaukio 5, 00750, Helsinki</w:t>
      </w:r>
    </w:p>
    <w:p>
      <w:r>
        <w:t>21.10.2023 lauantai</w:t>
      </w:r>
    </w:p>
    <w:p>
      <w:pPr>
        <w:pStyle w:val="Heading1"/>
      </w:pPr>
      <w:r>
        <w:t>21.10.2023 lauantai</w:t>
      </w:r>
    </w:p>
    <w:p>
      <w:pPr>
        <w:pStyle w:val="Heading2"/>
      </w:pPr>
      <w:r>
        <w:t>10:00-16:00 Tea Dickmanin Evoluutio-näyttely</w:t>
      </w:r>
    </w:p>
    <w:p>
      <w:r>
        <w:t>Tutustu Tea Dickmanin taidenäyttelyyn!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