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12:30-18:00 Digitalkkari Lauttasaaren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