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Pajalahdentie 10 a, 00200, Helsinki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14:00-14:45 Veikko tahtoo ulos - lasten musiikkiteatteriesitys</w:t>
      </w:r>
    </w:p>
    <w:p>
      <w:r>
        <w:t>Tervetuloa musiikilliseen teatteriesitykseen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