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13:00-15:00 Joulukorttipaja</w:t>
      </w:r>
    </w:p>
    <w:p>
      <w:r>
        <w:t>Askartele joulukortit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