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Tyynenmerenkatu 1, 00220,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11:00-14:00 Jouluinen makrameepaja</w:t>
      </w:r>
    </w:p>
    <w:p>
      <w:r>
        <w:t>Askarrellaan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