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17.1.2024 keskiviikko</w:t>
      </w:r>
    </w:p>
    <w:p>
      <w:pPr>
        <w:pStyle w:val="Heading1"/>
      </w:pPr>
      <w:r>
        <w:t>17.1.2024 keskiviikko</w:t>
      </w:r>
    </w:p>
    <w:p>
      <w:pPr>
        <w:pStyle w:val="Heading2"/>
      </w:pPr>
      <w:r>
        <w:t>08:00-20:00 Presidentivaalin ennakkoäänestys</w:t>
      </w:r>
    </w:p>
    <w:p>
      <w:r>
        <w:t>Presidentinvaalin ennakkoäänestys kotimaassa alkaa 17.1. ja päättyy 23.1.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