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10:00-13:00 Helmikuun Kinokahvit</w:t>
      </w:r>
    </w:p>
    <w:p>
      <w:r>
        <w:t>Tervetuloa aamupäiväelokuviin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