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Laajaniityntie 3, 01620, Vantaa</w:t>
      </w:r>
    </w:p>
    <w:p>
      <w:r>
        <w:t>17.4.2024 keskiviikko</w:t>
      </w:r>
    </w:p>
    <w:p>
      <w:pPr>
        <w:pStyle w:val="Heading1"/>
      </w:pPr>
      <w:r>
        <w:t>17.4.2024 keskiviikko</w:t>
      </w:r>
    </w:p>
    <w:p>
      <w:pPr>
        <w:pStyle w:val="Heading2"/>
      </w:pPr>
      <w:r>
        <w:t>17:00-19:00 Martinlaakson kirjaston Lukukoira</w:t>
      </w:r>
    </w:p>
    <w:p>
      <w:r>
        <w:t>Martinlaakson kirjaston lukukoirat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