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Kevätkauden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