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11:00-14:00 Pettson och Findus 40 år!</w:t>
      </w:r>
    </w:p>
    <w:p>
      <w:r>
        <w:t>Pettson och Findus fyller 40 år!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