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yhdistyksen valokuvaajien ottamia otoksia digitaalisesti esitettynä Ison Omenan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