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19:00-19:10 TESTITESTITESTITESTITESTI</w:t>
      </w:r>
    </w:p>
    <w:p>
      <w:r>
        <w:t>TESTITESTITESTI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