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21 b, 00100, Helsinki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