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19:00-21:00 HKO - I Want to Be Alive</w:t>
      </w:r>
    </w:p>
    <w:p>
      <w:r>
        <w:t>Leila Josefowicz kertoo, etteivät tekniset haasteet haittaa, jos sävellyksessä on substanssia. ”Soitan vain sellaista musiikkia, jota rakastan.”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