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Mannerheimintie 13a, 00100, Helsinki</w:t>
      </w:r>
    </w:p>
    <w:p>
      <w:r>
        <w:t>15.11.2025 lauantai</w:t>
      </w:r>
    </w:p>
    <w:p>
      <w:pPr>
        <w:pStyle w:val="Heading1"/>
      </w:pPr>
      <w:r>
        <w:t>15.11.2025 lauantai</w:t>
      </w:r>
    </w:p>
    <w:p>
      <w:pPr>
        <w:pStyle w:val="Heading2"/>
      </w:pPr>
      <w:r>
        <w:t>18:10-18:45 HKO: Pieni alkusoitto</w:t>
      </w:r>
    </w:p>
    <w:p>
      <w:r>
        <w:t>Musiikkitalon Päälämpiössä konsertoivat helsinkiläisten musiikkiopistojen oppilaat.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