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18:00-18:15 Syödään yhdessä jugurttia-yleisötapahtuma</w:t>
      </w:r>
    </w:p>
    <w:p>
      <w:r>
        <w:t>Tapahtumassa syödään purkillinen jugurttia yhdessä. Jokainen tuo mukanaan oman lusikan ja jugurtin.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