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Itämerenkatu 21, 00180, Helsinki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12:36-14:36 2864 - Yksittäisen tapahtuman Super event type pois</w:t>
      </w:r>
    </w:p>
    <w:p>
      <w:r>
        <w:t>2864 - Yksittäisen tapahtuman Super event type pois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