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08:00-14:00 Uusi vuosi ja uudet kujeet - tempaustapahtuma! EK -31-12-25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