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Revontulentie 8, 02100, Espoo</w:t>
      </w:r>
    </w:p>
    <w:p>
      <w:r>
        <w:t>26.8.2026-27.8.2026</w:t>
      </w:r>
    </w:p>
    <w:p>
      <w:pPr>
        <w:pStyle w:val="Heading1"/>
      </w:pPr>
      <w:r>
        <w:t>26.8.2026-27.8.2026</w:t>
      </w:r>
    </w:p>
    <w:p>
      <w:pPr>
        <w:pStyle w:val="Heading2"/>
      </w:pPr>
      <w:r>
        <w:t>23:00-00:00 testi 26.8.</w:t>
      </w:r>
    </w:p>
    <w:p>
      <w:r>
        <w:t>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